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Full Name]</w:t>
      </w:r>
    </w:p>
    <w:p>
      <w:r>
        <w:rPr>
          <w:color w:val="555555"/>
          <w:sz w:val="19"/>
        </w:rPr>
        <w:t>[City]  ·  [phone]  ·  [email]  ·  [linkedin.com/in/you]</w:t>
      </w:r>
    </w:p>
    <w:p>
      <w:r>
        <w:rPr>
          <w:b/>
          <w:color w:val="1F4E9C"/>
          <w:sz w:val="22"/>
        </w:rPr>
        <w:t>PERSONAL STATEMENT</w:t>
      </w:r>
    </w:p>
    <w:p>
      <w:r>
        <w:rPr>
          <w:i w:val="0"/>
          <w:sz w:val="21"/>
        </w:rPr>
        <w:t>[3 lines: your degree + graduation year, the field you are targeting, the skills/projects that prove you can do it, and your availability.]</w:t>
      </w:r>
    </w:p>
    <w:p>
      <w:r>
        <w:rPr>
          <w:b/>
          <w:color w:val="1F4E9C"/>
          <w:sz w:val="22"/>
        </w:rPr>
        <w:t>EDUCATION</w:t>
      </w:r>
    </w:p>
    <w:p>
      <w:r>
        <w:rPr>
          <w:b/>
        </w:rPr>
        <w:t>[Degree, e.g. BSc Computer Science, 2:1] — [University]</w:t>
      </w:r>
      <w:r>
        <w:rPr>
          <w:color w:val="555555"/>
          <w:sz w:val="19"/>
        </w:rPr>
        <w:t xml:space="preserve">   [YYYY]–[YYYY]</w:t>
      </w:r>
    </w:p>
    <w:p>
      <w:pPr>
        <w:pStyle w:val="ListBullet"/>
      </w:pPr>
      <w:r>
        <w:rPr>
          <w:sz w:val="21"/>
        </w:rPr>
        <w:t>Relevant modules: [module matching target jobs], [module], [module]</w:t>
      </w:r>
    </w:p>
    <w:p>
      <w:pPr>
        <w:pStyle w:val="ListBullet"/>
      </w:pPr>
      <w:r>
        <w:rPr>
          <w:sz w:val="21"/>
        </w:rPr>
        <w:t>Final project: [one line: what you built/researched + result or grade]</w:t>
      </w:r>
    </w:p>
    <w:p>
      <w:r>
        <w:rPr>
          <w:i w:val="0"/>
          <w:sz w:val="21"/>
        </w:rPr>
        <w:t>[A-levels / equivalent] — [School], [Years]</w:t>
      </w:r>
    </w:p>
    <w:p>
      <w:r>
        <w:rPr>
          <w:b/>
          <w:color w:val="1F4E9C"/>
          <w:sz w:val="22"/>
        </w:rPr>
        <w:t>PROJECTS &amp; PLACEMENTS</w:t>
      </w:r>
    </w:p>
    <w:p>
      <w:r>
        <w:rPr>
          <w:b/>
        </w:rPr>
        <w:t>[Project / placement / internship name]</w:t>
      </w:r>
      <w:r>
        <w:rPr>
          <w:color w:val="555555"/>
          <w:sz w:val="19"/>
        </w:rPr>
        <w:t xml:space="preserve">   [Dates]</w:t>
      </w:r>
    </w:p>
    <w:p>
      <w:pPr>
        <w:pStyle w:val="ListBullet"/>
      </w:pPr>
      <w:r>
        <w:rPr>
          <w:sz w:val="21"/>
        </w:rPr>
        <w:t>[What you did, with the tools and skills employers in your field filter for]</w:t>
      </w:r>
    </w:p>
    <w:p>
      <w:pPr>
        <w:pStyle w:val="ListBullet"/>
      </w:pPr>
      <w:r>
        <w:rPr>
          <w:sz w:val="21"/>
        </w:rPr>
        <w:t>[Outcome: grade, users, result, recognition]</w:t>
      </w:r>
    </w:p>
    <w:p>
      <w:r>
        <w:rPr>
          <w:b/>
          <w:color w:val="1F4E9C"/>
          <w:sz w:val="22"/>
        </w:rPr>
        <w:t>WORK EXPERIENCE</w:t>
      </w:r>
    </w:p>
    <w:p>
      <w:r>
        <w:rPr>
          <w:b/>
        </w:rPr>
        <w:t>[Part-time / seasonal job] — [Company]</w:t>
      </w:r>
      <w:r>
        <w:rPr>
          <w:color w:val="555555"/>
          <w:sz w:val="19"/>
        </w:rPr>
        <w:t xml:space="preserve">   [Dates]</w:t>
      </w:r>
    </w:p>
    <w:p>
      <w:pPr>
        <w:pStyle w:val="ListBullet"/>
      </w:pPr>
      <w:r>
        <w:rPr>
          <w:sz w:val="21"/>
        </w:rPr>
        <w:t>[Transferable skill bullet: reliability, customer service, teamwork — with a number]</w:t>
      </w:r>
    </w:p>
    <w:p>
      <w:r>
        <w:rPr>
          <w:b/>
          <w:color w:val="1F4E9C"/>
          <w:sz w:val="22"/>
        </w:rPr>
        <w:t>SKILLS &amp; CERTIFICATIONS</w:t>
      </w:r>
    </w:p>
    <w:p>
      <w:r>
        <w:rPr>
          <w:i w:val="0"/>
          <w:sz w:val="21"/>
        </w:rPr>
        <w:t>[Technical skills] · [Software] · [Languages] · [Driving licence if relevant]</w:t>
      </w:r>
    </w:p>
    <w:p>
      <w:r>
        <w:rPr>
          <w:i/>
          <w:sz w:val="17"/>
        </w:rPr>
        <w:t>HOW TO USE: Replace every [bracketed] placeholder with your details, keep bullets to one line each, and start each bullet with an action verb + a number where possible. Delete this line before sending. Check your finished CV against any job free at cvautomate.com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