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r>
        <w:rPr>
          <w:color w:val="555555"/>
          <w:sz w:val="19"/>
        </w:rPr>
        <w:t>[Executive Title, e.g. Operations Director]  ·  [City]  ·  [phone]  ·  [email]  ·  [linkedin]</w:t>
      </w:r>
    </w:p>
    <w:p>
      <w:r>
        <w:rPr>
          <w:b/>
          <w:color w:val="1F4E9C"/>
          <w:sz w:val="22"/>
        </w:rPr>
        <w:t>EXECUTIVE SUMMARY</w:t>
      </w:r>
    </w:p>
    <w:p>
      <w:r>
        <w:rPr>
          <w:i w:val="0"/>
          <w:sz w:val="21"/>
        </w:rPr>
        <w:t>[3–4 lines: scale you have led (revenue, P&amp;L, headcount), sectors, and 2 headline achievements with numbers. This paragraph decides whether the rest gets read.]</w:t>
      </w:r>
    </w:p>
    <w:p>
      <w:r>
        <w:rPr>
          <w:b/>
          <w:color w:val="1F4E9C"/>
          <w:sz w:val="22"/>
        </w:rPr>
        <w:t>SELECTED ACHIEVEMENTS</w:t>
      </w:r>
    </w:p>
    <w:p>
      <w:pPr>
        <w:pStyle w:val="ListBullet"/>
      </w:pPr>
      <w:r>
        <w:rPr>
          <w:sz w:val="21"/>
        </w:rPr>
        <w:t>[Grew/Delivered/Transformed X from A to B, worth £/$C]</w:t>
      </w:r>
    </w:p>
    <w:p>
      <w:pPr>
        <w:pStyle w:val="ListBullet"/>
      </w:pPr>
      <w:r>
        <w:rPr>
          <w:sz w:val="21"/>
        </w:rPr>
        <w:t>[Led team/function of N through change, resulting in outcome]</w:t>
      </w:r>
    </w:p>
    <w:p>
      <w:pPr>
        <w:pStyle w:val="ListBullet"/>
      </w:pPr>
      <w:r>
        <w:rPr>
          <w:sz w:val="21"/>
        </w:rPr>
        <w:t>[Cost/revenue/market achievement with number]</w:t>
      </w:r>
    </w:p>
    <w:p>
      <w:r>
        <w:rPr>
          <w:b/>
          <w:color w:val="1F4E9C"/>
          <w:sz w:val="22"/>
        </w:rPr>
        <w:t>CAREER HISTORY</w:t>
      </w:r>
    </w:p>
    <w:p>
      <w:r>
        <w:rPr>
          <w:b/>
        </w:rPr>
        <w:t>[Title] — [Company] ([sector, revenue])</w:t>
      </w:r>
      <w:r>
        <w:rPr>
          <w:color w:val="555555"/>
          <w:sz w:val="19"/>
        </w:rPr>
        <w:t xml:space="preserve">   [YYYY]–Present</w:t>
      </w:r>
    </w:p>
    <w:p>
      <w:pPr>
        <w:pStyle w:val="ListBullet"/>
      </w:pPr>
      <w:r>
        <w:rPr>
          <w:sz w:val="21"/>
        </w:rPr>
        <w:t>[Scope: P&amp;L, headcount, geography]</w:t>
      </w:r>
    </w:p>
    <w:p>
      <w:pPr>
        <w:pStyle w:val="ListBullet"/>
      </w:pPr>
      <w:r>
        <w:rPr>
          <w:sz w:val="21"/>
        </w:rPr>
        <w:t>[Strategic achievement with measurable outcome]</w:t>
      </w:r>
    </w:p>
    <w:p>
      <w:pPr>
        <w:pStyle w:val="ListBullet"/>
      </w:pPr>
      <w:r>
        <w:rPr>
          <w:sz w:val="21"/>
        </w:rPr>
        <w:t>[Operational achievement with measurable outcome]</w:t>
      </w:r>
    </w:p>
    <w:p>
      <w:r>
        <w:rPr>
          <w:b/>
        </w:rPr>
        <w:t>[Title] — [Company]</w:t>
      </w:r>
      <w:r>
        <w:rPr>
          <w:color w:val="555555"/>
          <w:sz w:val="19"/>
        </w:rPr>
        <w:t xml:space="preserve">   [YYYY]–[YYYY]</w:t>
      </w:r>
    </w:p>
    <w:p>
      <w:pPr>
        <w:pStyle w:val="ListBullet"/>
      </w:pPr>
      <w:r>
        <w:rPr>
          <w:sz w:val="21"/>
        </w:rPr>
        <w:t>[One-line scope + headline result]</w:t>
      </w:r>
    </w:p>
    <w:p>
      <w:r>
        <w:rPr>
          <w:b/>
        </w:rPr>
        <w:t>[Earlier roles summarised]</w:t>
      </w:r>
      <w:r>
        <w:rPr>
          <w:color w:val="555555"/>
          <w:sz w:val="19"/>
        </w:rPr>
        <w:t xml:space="preserve">   [YYYY]–[YYYY]</w:t>
      </w:r>
    </w:p>
    <w:p>
      <w:r>
        <w:rPr>
          <w:i w:val="0"/>
          <w:sz w:val="21"/>
        </w:rPr>
        <w:t>[Company — Title; Company — Title. One line total.]</w:t>
      </w:r>
    </w:p>
    <w:p>
      <w:r>
        <w:rPr>
          <w:b/>
          <w:color w:val="1F4E9C"/>
          <w:sz w:val="22"/>
        </w:rPr>
        <w:t>EDUCATION, BOARDS &amp; QUALIFICATIONS</w:t>
      </w:r>
    </w:p>
    <w:p>
      <w:r>
        <w:rPr>
          <w:i w:val="0"/>
          <w:sz w:val="21"/>
        </w:rPr>
        <w:t>[Degree/MBA] — [Institution] · [Board/advisory roles] · [Professional memberships]</w:t>
      </w:r>
    </w:p>
    <w:p>
      <w:r>
        <w:rPr>
          <w:i/>
          <w:sz w:val="17"/>
        </w:rPr>
        <w:t>HOW TO USE: Replace every [bracketed] placeholder with your details, keep bullets to one line each, and start each bullet with an action verb + a number where possible. Delete this line before sending. Check your finished CV against any job free at cvautomate.com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