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[Your Full Name]</w:t>
      </w:r>
    </w:p>
    <w:p>
      <w:r>
        <w:rPr>
          <w:color w:val="555555"/>
          <w:sz w:val="19"/>
        </w:rPr>
        <w:t>[City, Country]  ·  [phone]  ·  [email]  ·  [linkedin.com/in/you]</w:t>
      </w:r>
    </w:p>
    <w:p>
      <w:r>
        <w:rPr>
          <w:b/>
          <w:color w:val="1F4E9C"/>
          <w:sz w:val="22"/>
        </w:rPr>
        <w:t>PERSONAL STATEMENT</w:t>
      </w:r>
    </w:p>
    <w:p>
      <w:r>
        <w:rPr>
          <w:i w:val="0"/>
          <w:sz w:val="21"/>
        </w:rPr>
        <w:t>[2–3 lines: your job title, years of experience, your strongest skills matched to the job you want, and one standout achievement with a number.]</w:t>
      </w:r>
    </w:p>
    <w:p>
      <w:r>
        <w:rPr>
          <w:b/>
          <w:color w:val="1F4E9C"/>
          <w:sz w:val="22"/>
        </w:rPr>
        <w:t>KEY SKILLS</w:t>
      </w:r>
    </w:p>
    <w:p>
      <w:r>
        <w:rPr>
          <w:i w:val="0"/>
          <w:sz w:val="21"/>
        </w:rPr>
        <w:t>[Skill 1]  ·  [Skill 2]  ·  [Skill 3]  ·  [Skill 4]  ·  [Skill 5]  ·  [Skill 6]  ·  [Skill 7]  ·  [Skill 8]</w:t>
      </w:r>
    </w:p>
    <w:p>
      <w:r>
        <w:rPr>
          <w:b/>
          <w:color w:val="1F4E9C"/>
          <w:sz w:val="22"/>
        </w:rPr>
        <w:t>PROFESSIONAL EXPERIENCE</w:t>
      </w:r>
    </w:p>
    <w:p>
      <w:r>
        <w:rPr>
          <w:b/>
        </w:rPr>
        <w:t>[Job Title] — [Company], [City]</w:t>
      </w:r>
      <w:r>
        <w:rPr>
          <w:color w:val="555555"/>
          <w:sz w:val="19"/>
        </w:rPr>
        <w:t xml:space="preserve">   [Mon YYYY] – Present</w:t>
      </w:r>
    </w:p>
    <w:p>
      <w:pPr>
        <w:pStyle w:val="ListBullet"/>
      </w:pPr>
      <w:r>
        <w:rPr>
          <w:sz w:val="21"/>
        </w:rPr>
        <w:t>[Action verb] [what you did] resulting in [number/outcome]</w:t>
      </w:r>
    </w:p>
    <w:p>
      <w:pPr>
        <w:pStyle w:val="ListBullet"/>
      </w:pPr>
      <w:r>
        <w:rPr>
          <w:sz w:val="21"/>
        </w:rPr>
        <w:t>[Action verb] [what you did] using [tool/system named in job adverts]</w:t>
      </w:r>
    </w:p>
    <w:p>
      <w:pPr>
        <w:pStyle w:val="ListBullet"/>
      </w:pPr>
      <w:r>
        <w:rPr>
          <w:sz w:val="21"/>
        </w:rPr>
        <w:t>[Action verb] [scope: team size, budget, volume] achieving [result]</w:t>
      </w:r>
    </w:p>
    <w:p>
      <w:r>
        <w:rPr>
          <w:b/>
        </w:rPr>
        <w:t>[Previous Job Title] — [Company], [City]</w:t>
      </w:r>
      <w:r>
        <w:rPr>
          <w:color w:val="555555"/>
          <w:sz w:val="19"/>
        </w:rPr>
        <w:t xml:space="preserve">   [Mon YYYY] – [Mon YYYY]</w:t>
      </w:r>
    </w:p>
    <w:p>
      <w:pPr>
        <w:pStyle w:val="ListBullet"/>
      </w:pPr>
      <w:r>
        <w:rPr>
          <w:sz w:val="21"/>
        </w:rPr>
        <w:t>[Achievement bullet with number]</w:t>
      </w:r>
    </w:p>
    <w:p>
      <w:pPr>
        <w:pStyle w:val="ListBullet"/>
      </w:pPr>
      <w:r>
        <w:rPr>
          <w:sz w:val="21"/>
        </w:rPr>
        <w:t>[Achievement bullet with keyword from your target jobs]</w:t>
      </w:r>
    </w:p>
    <w:p>
      <w:r>
        <w:rPr>
          <w:b/>
          <w:color w:val="1F4E9C"/>
          <w:sz w:val="22"/>
        </w:rPr>
        <w:t>EDUCATION &amp; QUALIFICATIONS</w:t>
      </w:r>
    </w:p>
    <w:p>
      <w:r>
        <w:rPr>
          <w:i w:val="0"/>
          <w:sz w:val="21"/>
        </w:rPr>
        <w:t>[Qualification] — [Institution], [Year]</w:t>
      </w:r>
    </w:p>
    <w:p>
      <w:r>
        <w:rPr>
          <w:i w:val="0"/>
          <w:sz w:val="21"/>
        </w:rPr>
        <w:t>[Certificate / licence relevant to your field], [Year]</w:t>
      </w:r>
    </w:p>
    <w:p>
      <w:r>
        <w:rPr>
          <w:i/>
          <w:sz w:val="17"/>
        </w:rPr>
        <w:t>HOW TO USE: Replace every [bracketed] placeholder with your details, keep bullets to one line each, and start each bullet with an action verb + a number where possible. Delete this line before sending. Check your finished CV against any job free at cvautomate.com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