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Full Name]</w:t>
      </w:r>
    </w:p>
    <w:p>
      <w:r>
        <w:rPr>
          <w:color w:val="555555"/>
          <w:sz w:val="19"/>
        </w:rPr>
        <w:t>[City]  ·  [phone]  ·  [email]  ·  [linkedin.com/in/you]</w:t>
      </w:r>
    </w:p>
    <w:p>
      <w:r>
        <w:rPr>
          <w:b/>
          <w:color w:val="1F4E9C"/>
          <w:sz w:val="22"/>
        </w:rPr>
        <w:t>PERSONAL STATEMENT</w:t>
      </w:r>
    </w:p>
    <w:p>
      <w:r>
        <w:rPr>
          <w:i w:val="0"/>
          <w:sz w:val="21"/>
        </w:rPr>
        <w:t>[3 lines: the role you are moving INTO, the directly transferable skills you bring, any retraining/certification, and why the switch. Lead with the future, not the past.]</w:t>
      </w:r>
    </w:p>
    <w:p>
      <w:r>
        <w:rPr>
          <w:b/>
          <w:color w:val="1F4E9C"/>
          <w:sz w:val="22"/>
        </w:rPr>
        <w:t>RELEVANT SKILLS</w:t>
      </w:r>
    </w:p>
    <w:p>
      <w:r>
        <w:rPr>
          <w:i w:val="0"/>
          <w:sz w:val="21"/>
        </w:rPr>
        <w:t>[Skill needed in NEW field] — [one line of evidence from your past work]</w:t>
      </w:r>
    </w:p>
    <w:p>
      <w:r>
        <w:rPr>
          <w:i w:val="0"/>
          <w:sz w:val="21"/>
        </w:rPr>
        <w:t>[Skill needed in NEW field] — [one line of evidence]</w:t>
      </w:r>
    </w:p>
    <w:p>
      <w:r>
        <w:rPr>
          <w:i w:val="0"/>
          <w:sz w:val="21"/>
        </w:rPr>
        <w:t>[Skill needed in NEW field] — [one line of evidence]</w:t>
      </w:r>
    </w:p>
    <w:p>
      <w:r>
        <w:rPr>
          <w:b/>
          <w:color w:val="1F4E9C"/>
          <w:sz w:val="22"/>
        </w:rPr>
        <w:t>RETRAINING &amp; CERTIFICATIONS</w:t>
      </w:r>
    </w:p>
    <w:p>
      <w:r>
        <w:rPr>
          <w:i w:val="0"/>
          <w:sz w:val="21"/>
        </w:rPr>
        <w:t>[Course/qualification for the new field] — [Provider], [Year]</w:t>
      </w:r>
    </w:p>
    <w:p>
      <w:r>
        <w:rPr>
          <w:b/>
          <w:color w:val="1F4E9C"/>
          <w:sz w:val="22"/>
        </w:rPr>
        <w:t>CAREER HISTORY</w:t>
      </w:r>
    </w:p>
    <w:p>
      <w:r>
        <w:rPr>
          <w:b/>
        </w:rPr>
        <w:t>[Most recent Job Title] — [Company]</w:t>
      </w:r>
      <w:r>
        <w:rPr>
          <w:color w:val="555555"/>
          <w:sz w:val="19"/>
        </w:rPr>
        <w:t xml:space="preserve">   [Dates]</w:t>
      </w:r>
    </w:p>
    <w:p>
      <w:pPr>
        <w:pStyle w:val="ListBullet"/>
      </w:pPr>
      <w:r>
        <w:rPr>
          <w:sz w:val="21"/>
        </w:rPr>
        <w:t>[Bullet rewritten to emphasise what transfers to the new field]</w:t>
      </w:r>
    </w:p>
    <w:p>
      <w:pPr>
        <w:pStyle w:val="ListBullet"/>
      </w:pPr>
      <w:r>
        <w:rPr>
          <w:sz w:val="21"/>
        </w:rPr>
        <w:t>[Quantified achievement in transferable terms]</w:t>
      </w:r>
    </w:p>
    <w:p>
      <w:r>
        <w:rPr>
          <w:b/>
        </w:rPr>
        <w:t>[Previous Job Title] — [Company]</w:t>
      </w:r>
      <w:r>
        <w:rPr>
          <w:color w:val="555555"/>
          <w:sz w:val="19"/>
        </w:rPr>
        <w:t xml:space="preserve">   [Dates]</w:t>
      </w:r>
    </w:p>
    <w:p>
      <w:pPr>
        <w:pStyle w:val="ListBullet"/>
      </w:pPr>
      <w:r>
        <w:rPr>
          <w:sz w:val="21"/>
        </w:rPr>
        <w:t>[One strong transferable bullet]</w:t>
      </w:r>
    </w:p>
    <w:p>
      <w:r>
        <w:rPr>
          <w:b/>
          <w:color w:val="1F4E9C"/>
          <w:sz w:val="22"/>
        </w:rPr>
        <w:t>EDUCATION</w:t>
      </w:r>
    </w:p>
    <w:p>
      <w:r>
        <w:rPr>
          <w:i w:val="0"/>
          <w:sz w:val="21"/>
        </w:rPr>
        <w:t>[Qualification] — [Institution], [Year]</w:t>
      </w:r>
    </w:p>
    <w:p>
      <w:r>
        <w:rPr>
          <w:i/>
          <w:sz w:val="17"/>
        </w:rPr>
        <w:t>HOW TO USE: Replace every [bracketed] placeholder with your details, keep bullets to one line each, and start each bullet with an action verb + a number where possible. Delete this line before sending. Check your finished CV against any job free at cvautomate.com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